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3D63" w14:textId="77777777" w:rsidR="00601684" w:rsidRDefault="00601684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ja-JP"/>
        </w:rPr>
      </w:pPr>
    </w:p>
    <w:p w14:paraId="0C6D761B" w14:textId="3D803C83" w:rsidR="00460DB3" w:rsidRPr="00B17E83" w:rsidRDefault="00460DB3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　　　　　　　　　　　　　　　　　　　　　　　　　　　　　　　</w:t>
      </w:r>
      <w:r w:rsidRPr="00B17E83">
        <w:rPr>
          <w:rFonts w:asciiTheme="minorEastAsia" w:hAnsiTheme="minorEastAsia" w:hint="eastAsia"/>
          <w:lang w:eastAsia="zh-CN"/>
        </w:rPr>
        <w:t xml:space="preserve">　　年　　月　　日</w:t>
      </w:r>
    </w:p>
    <w:p w14:paraId="5E58909F" w14:textId="77777777" w:rsidR="00460DB3" w:rsidRPr="00B17E83" w:rsidRDefault="00460DB3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zh-CN"/>
        </w:rPr>
      </w:pPr>
    </w:p>
    <w:p w14:paraId="06B1010D" w14:textId="77777777" w:rsidR="00460DB3" w:rsidRPr="00B17E83" w:rsidRDefault="00460DB3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　　山梨県知事　</w:t>
      </w:r>
      <w:r w:rsidRPr="00B17E83">
        <w:rPr>
          <w:rFonts w:asciiTheme="minorEastAsia" w:hAnsiTheme="minorEastAsia" w:hint="eastAsia"/>
          <w:lang w:eastAsia="zh-CN"/>
        </w:rPr>
        <w:t>殿</w:t>
      </w:r>
    </w:p>
    <w:p w14:paraId="4F8208AB" w14:textId="77777777" w:rsidR="00460DB3" w:rsidRDefault="00460DB3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　　　　　　　　　　　　　　　　　　　　　</w:t>
      </w:r>
      <w:r w:rsidRPr="00B17E83">
        <w:rPr>
          <w:rFonts w:asciiTheme="minorEastAsia" w:hAnsiTheme="minorEastAsia" w:hint="eastAsia"/>
          <w:lang w:eastAsia="zh-CN"/>
        </w:rPr>
        <w:t xml:space="preserve">　</w:t>
      </w:r>
      <w:r>
        <w:rPr>
          <w:rFonts w:asciiTheme="minorEastAsia" w:hAnsiTheme="minorEastAsia" w:hint="eastAsia"/>
          <w:lang w:eastAsia="zh-CN"/>
        </w:rPr>
        <w:t>郵便番号</w:t>
      </w:r>
    </w:p>
    <w:p w14:paraId="4A9363C2" w14:textId="77777777" w:rsidR="00460DB3" w:rsidRPr="00B17E83" w:rsidRDefault="00460DB3" w:rsidP="00460DB3">
      <w:pPr>
        <w:spacing w:before="100" w:beforeAutospacing="1" w:after="100" w:afterAutospacing="1" w:line="240" w:lineRule="auto"/>
        <w:ind w:left="221" w:firstLineChars="2100" w:firstLine="4620"/>
        <w:rPr>
          <w:rFonts w:asciiTheme="minorEastAsia" w:hAnsiTheme="minorEastAsia"/>
          <w:lang w:eastAsia="zh-CN"/>
        </w:rPr>
      </w:pPr>
      <w:r w:rsidRPr="00B17E83">
        <w:rPr>
          <w:rFonts w:asciiTheme="minorEastAsia" w:hAnsiTheme="minorEastAsia" w:hint="eastAsia"/>
          <w:lang w:eastAsia="zh-CN"/>
        </w:rPr>
        <w:t>所在地</w:t>
      </w:r>
    </w:p>
    <w:p w14:paraId="1366E8F0" w14:textId="77777777" w:rsidR="00460DB3" w:rsidRPr="00B17E83" w:rsidRDefault="00460DB3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　　　　　　　　　　　　　　　　　　　　</w:t>
      </w:r>
      <w:r w:rsidRPr="00B17E83">
        <w:rPr>
          <w:rFonts w:asciiTheme="minorEastAsia" w:hAnsiTheme="minorEastAsia" w:hint="eastAsia"/>
          <w:lang w:eastAsia="zh-CN"/>
        </w:rPr>
        <w:t xml:space="preserve">　　名　称</w:t>
      </w:r>
    </w:p>
    <w:p w14:paraId="6E030265" w14:textId="5CC8A16B" w:rsidR="00460DB3" w:rsidRPr="00B17E83" w:rsidRDefault="00460DB3" w:rsidP="00460DB3">
      <w:pPr>
        <w:spacing w:before="100" w:beforeAutospacing="1" w:after="100" w:afterAutospacing="1" w:line="240" w:lineRule="auto"/>
        <w:ind w:left="220" w:hangingChars="100" w:hanging="22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　　　　　　　　　　　　　　　　　　　</w:t>
      </w:r>
      <w:r w:rsidRPr="00B17E83">
        <w:rPr>
          <w:rFonts w:asciiTheme="minorEastAsia" w:hAnsiTheme="minorEastAsia" w:hint="eastAsia"/>
          <w:lang w:eastAsia="zh-CN"/>
        </w:rPr>
        <w:t xml:space="preserve">　　　代表者名</w:t>
      </w:r>
      <w:r>
        <w:rPr>
          <w:rFonts w:asciiTheme="minorEastAsia" w:hAnsiTheme="minorEastAsia" w:hint="eastAsia"/>
          <w:lang w:eastAsia="zh-CN"/>
        </w:rPr>
        <w:t xml:space="preserve">　</w:t>
      </w:r>
      <w:r w:rsidRPr="00B17E83">
        <w:rPr>
          <w:rFonts w:asciiTheme="minorEastAsia" w:hAnsiTheme="minorEastAsia" w:hint="eastAsia"/>
          <w:lang w:eastAsia="zh-CN"/>
        </w:rPr>
        <w:t xml:space="preserve">　　　　　　　　　　　　</w:t>
      </w:r>
    </w:p>
    <w:p w14:paraId="37E57364" w14:textId="77777777" w:rsidR="00460DB3" w:rsidRPr="00B17E83" w:rsidRDefault="00460DB3" w:rsidP="00460DB3">
      <w:pPr>
        <w:rPr>
          <w:rFonts w:asciiTheme="minorEastAsia" w:hAnsiTheme="minorEastAsia"/>
          <w:lang w:eastAsia="zh-CN"/>
        </w:rPr>
      </w:pPr>
    </w:p>
    <w:p w14:paraId="5DBA56D0" w14:textId="4B56D225" w:rsidR="00460DB3" w:rsidRDefault="00460DB3" w:rsidP="00460DB3">
      <w:pPr>
        <w:spacing w:line="240" w:lineRule="auto"/>
        <w:ind w:left="220" w:hangingChars="100" w:hanging="220"/>
        <w:jc w:val="center"/>
        <w:rPr>
          <w:rFonts w:asciiTheme="minorEastAsia" w:hAnsiTheme="minorEastAsia"/>
          <w:color w:val="000000" w:themeColor="text1"/>
          <w:lang w:eastAsia="ja-JP"/>
        </w:rPr>
      </w:pPr>
      <w:r w:rsidRPr="0049322D">
        <w:rPr>
          <w:rFonts w:asciiTheme="minorEastAsia" w:hAnsiTheme="minorEastAsia"/>
          <w:color w:val="000000" w:themeColor="text1"/>
          <w:lang w:eastAsia="ja-JP"/>
        </w:rPr>
        <w:t>山梨県</w:t>
      </w:r>
      <w:r w:rsidR="009E3013">
        <w:rPr>
          <w:lang w:eastAsia="ja-JP"/>
        </w:rPr>
        <w:t>防災新館</w:t>
      </w:r>
      <w:r w:rsidR="009E3013">
        <w:rPr>
          <w:rFonts w:hint="eastAsia"/>
          <w:lang w:eastAsia="ja-JP"/>
        </w:rPr>
        <w:t>屋外ＬＥＤ</w:t>
      </w:r>
      <w:r w:rsidR="006C45C4">
        <w:rPr>
          <w:rFonts w:hint="eastAsia"/>
          <w:lang w:eastAsia="ja-JP"/>
        </w:rPr>
        <w:t>サイネージ</w:t>
      </w:r>
      <w:r w:rsidRPr="0049322D">
        <w:rPr>
          <w:rFonts w:asciiTheme="minorEastAsia" w:hAnsiTheme="minorEastAsia"/>
          <w:color w:val="000000" w:themeColor="text1"/>
          <w:lang w:eastAsia="ja-JP"/>
        </w:rPr>
        <w:t>広告掲載の広告主等</w:t>
      </w:r>
      <w:r w:rsidR="00DE34FB">
        <w:rPr>
          <w:rFonts w:asciiTheme="minorEastAsia" w:hAnsiTheme="minorEastAsia" w:hint="eastAsia"/>
          <w:color w:val="000000" w:themeColor="text1"/>
          <w:lang w:eastAsia="ja-JP"/>
        </w:rPr>
        <w:t>仮</w:t>
      </w:r>
      <w:r w:rsidRPr="0049322D">
        <w:rPr>
          <w:rFonts w:asciiTheme="minorEastAsia" w:hAnsiTheme="minorEastAsia"/>
          <w:color w:val="000000" w:themeColor="text1"/>
          <w:lang w:eastAsia="ja-JP"/>
        </w:rPr>
        <w:t>申込書</w:t>
      </w:r>
    </w:p>
    <w:p w14:paraId="74AD33C4" w14:textId="77777777" w:rsidR="00460DB3" w:rsidRPr="00460DB3" w:rsidRDefault="00460DB3" w:rsidP="00460DB3">
      <w:pPr>
        <w:spacing w:line="240" w:lineRule="auto"/>
        <w:ind w:left="220" w:hangingChars="100" w:hanging="220"/>
        <w:jc w:val="center"/>
        <w:rPr>
          <w:rFonts w:asciiTheme="minorEastAsia" w:hAnsiTheme="minorEastAsia"/>
          <w:color w:val="000000" w:themeColor="text1"/>
          <w:lang w:eastAsia="ja-JP"/>
        </w:rPr>
      </w:pPr>
    </w:p>
    <w:p w14:paraId="50A15B27" w14:textId="066407CD" w:rsidR="00460DB3" w:rsidRPr="00B17E83" w:rsidRDefault="002F7B76" w:rsidP="00460DB3">
      <w:pPr>
        <w:ind w:firstLineChars="100" w:firstLine="220"/>
        <w:rPr>
          <w:rFonts w:asciiTheme="minorEastAsia" w:hAnsiTheme="minorEastAsia"/>
          <w:lang w:eastAsia="ja-JP"/>
        </w:rPr>
      </w:pPr>
      <w:r>
        <w:rPr>
          <w:rFonts w:hint="eastAsia"/>
          <w:lang w:eastAsia="ja-JP"/>
        </w:rPr>
        <w:t>このことについて</w:t>
      </w:r>
      <w:r w:rsidR="00460DB3" w:rsidRPr="0049322D">
        <w:rPr>
          <w:rFonts w:asciiTheme="minorEastAsia" w:hAnsiTheme="minorEastAsia"/>
          <w:color w:val="000000" w:themeColor="text1"/>
          <w:lang w:eastAsia="ja-JP"/>
        </w:rPr>
        <w:t>、次のとおり</w:t>
      </w:r>
      <w:r>
        <w:rPr>
          <w:rFonts w:asciiTheme="minorEastAsia" w:hAnsiTheme="minorEastAsia" w:hint="eastAsia"/>
          <w:color w:val="000000" w:themeColor="text1"/>
          <w:lang w:eastAsia="ja-JP"/>
        </w:rPr>
        <w:t>仮申込書を提出します。</w:t>
      </w:r>
    </w:p>
    <w:p w14:paraId="5932CF18" w14:textId="77777777" w:rsidR="00460DB3" w:rsidRPr="00B17E83" w:rsidRDefault="00460DB3" w:rsidP="00460DB3">
      <w:pPr>
        <w:rPr>
          <w:rFonts w:asciiTheme="minorEastAsia" w:hAnsiTheme="minorEastAsia"/>
          <w:lang w:eastAsia="ja-JP"/>
        </w:rPr>
      </w:pPr>
    </w:p>
    <w:p w14:paraId="0D3FA317" w14:textId="2E55BAFA" w:rsidR="00460DB3" w:rsidRPr="00B17E83" w:rsidRDefault="00460DB3" w:rsidP="00460DB3">
      <w:pPr>
        <w:ind w:left="220" w:hangingChars="100" w:hanging="220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ja-JP"/>
        </w:rPr>
        <w:t xml:space="preserve">　　</w:t>
      </w:r>
      <w:r>
        <w:rPr>
          <w:rFonts w:asciiTheme="minorEastAsia" w:hAnsiTheme="minorEastAsia" w:hint="eastAsia"/>
          <w:lang w:eastAsia="zh-TW"/>
        </w:rPr>
        <w:t>１</w:t>
      </w:r>
      <w:r w:rsidRPr="00B17E83">
        <w:rPr>
          <w:rFonts w:asciiTheme="minorEastAsia" w:hAnsiTheme="minorEastAsia" w:hint="eastAsia"/>
          <w:lang w:eastAsia="zh-TW"/>
        </w:rPr>
        <w:t xml:space="preserve">　</w:t>
      </w:r>
      <w:r w:rsidR="006C1A37">
        <w:rPr>
          <w:rFonts w:asciiTheme="minorEastAsia" w:hAnsiTheme="minorEastAsia" w:hint="eastAsia"/>
          <w:lang w:eastAsia="zh-TW"/>
        </w:rPr>
        <w:t>掲載期間　　　　　年　　　月</w:t>
      </w:r>
      <w:r w:rsidR="00D4277C">
        <w:rPr>
          <w:rFonts w:asciiTheme="minorEastAsia" w:hAnsiTheme="minorEastAsia" w:hint="eastAsia"/>
          <w:lang w:eastAsia="zh-TW"/>
        </w:rPr>
        <w:t>初日</w:t>
      </w:r>
      <w:r w:rsidR="006C1A37">
        <w:rPr>
          <w:rFonts w:asciiTheme="minorEastAsia" w:hAnsiTheme="minorEastAsia" w:hint="eastAsia"/>
          <w:lang w:eastAsia="zh-TW"/>
        </w:rPr>
        <w:t>～　　　　年　　　月</w:t>
      </w:r>
      <w:r w:rsidR="00D4277C">
        <w:rPr>
          <w:rFonts w:asciiTheme="minorEastAsia" w:hAnsiTheme="minorEastAsia" w:hint="eastAsia"/>
          <w:lang w:eastAsia="zh-TW"/>
        </w:rPr>
        <w:t>末日</w:t>
      </w:r>
    </w:p>
    <w:p w14:paraId="503B7C18" w14:textId="4D86873B" w:rsidR="006C1A37" w:rsidRDefault="002F7B76" w:rsidP="00460DB3">
      <w:pPr>
        <w:ind w:left="220" w:hangingChars="100" w:hanging="220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 xml:space="preserve">　　２　内　　容</w:t>
      </w:r>
    </w:p>
    <w:p w14:paraId="0DC9D8B5" w14:textId="24DB4BDF" w:rsidR="00460DB3" w:rsidRPr="00AF24E4" w:rsidRDefault="00460DB3" w:rsidP="00460DB3">
      <w:pPr>
        <w:ind w:left="220" w:hangingChars="100" w:hanging="220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 xml:space="preserve">　　</w:t>
      </w:r>
      <w:r w:rsidR="002F7B76">
        <w:rPr>
          <w:rFonts w:asciiTheme="minorEastAsia" w:hAnsiTheme="minorEastAsia" w:hint="eastAsia"/>
          <w:lang w:eastAsia="zh-TW"/>
        </w:rPr>
        <w:t>３</w:t>
      </w:r>
      <w:r w:rsidRPr="00AF24E4">
        <w:rPr>
          <w:rFonts w:asciiTheme="minorEastAsia" w:hAnsiTheme="minorEastAsia" w:hint="eastAsia"/>
          <w:lang w:eastAsia="zh-TW"/>
        </w:rPr>
        <w:t xml:space="preserve">　連</w:t>
      </w:r>
      <w:r w:rsidR="002F7B76">
        <w:rPr>
          <w:rFonts w:asciiTheme="minorEastAsia" w:hAnsiTheme="minorEastAsia" w:hint="eastAsia"/>
          <w:lang w:eastAsia="zh-TW"/>
        </w:rPr>
        <w:t xml:space="preserve"> </w:t>
      </w:r>
      <w:r w:rsidRPr="00AF24E4">
        <w:rPr>
          <w:rFonts w:asciiTheme="minorEastAsia" w:hAnsiTheme="minorEastAsia" w:hint="eastAsia"/>
          <w:lang w:eastAsia="zh-TW"/>
        </w:rPr>
        <w:t>絡</w:t>
      </w:r>
      <w:r w:rsidR="002F7B76">
        <w:rPr>
          <w:rFonts w:asciiTheme="minorEastAsia" w:hAnsiTheme="minorEastAsia" w:hint="eastAsia"/>
          <w:lang w:eastAsia="zh-TW"/>
        </w:rPr>
        <w:t xml:space="preserve"> </w:t>
      </w:r>
      <w:r w:rsidRPr="00AF24E4">
        <w:rPr>
          <w:rFonts w:asciiTheme="minorEastAsia" w:hAnsiTheme="minorEastAsia" w:hint="eastAsia"/>
          <w:lang w:eastAsia="zh-TW"/>
        </w:rPr>
        <w:t>先</w:t>
      </w:r>
    </w:p>
    <w:tbl>
      <w:tblPr>
        <w:tblStyle w:val="afe"/>
        <w:tblW w:w="0" w:type="auto"/>
        <w:tblInd w:w="959" w:type="dxa"/>
        <w:tblLook w:val="04A0" w:firstRow="1" w:lastRow="0" w:firstColumn="1" w:lastColumn="0" w:noHBand="0" w:noVBand="1"/>
      </w:tblPr>
      <w:tblGrid>
        <w:gridCol w:w="2126"/>
        <w:gridCol w:w="6521"/>
      </w:tblGrid>
      <w:tr w:rsidR="00460DB3" w:rsidRPr="00AF24E4" w14:paraId="472C9E1D" w14:textId="77777777" w:rsidTr="004079E6">
        <w:tc>
          <w:tcPr>
            <w:tcW w:w="2126" w:type="dxa"/>
          </w:tcPr>
          <w:p w14:paraId="138B3E45" w14:textId="77777777" w:rsidR="00460DB3" w:rsidRPr="00AF24E4" w:rsidRDefault="00460DB3" w:rsidP="004079E6">
            <w:pPr>
              <w:ind w:left="220" w:hangingChars="100" w:hanging="220"/>
              <w:jc w:val="center"/>
              <w:rPr>
                <w:rFonts w:asciiTheme="minorEastAsia" w:hAnsiTheme="minorEastAsia"/>
              </w:rPr>
            </w:pPr>
            <w:r w:rsidRPr="00AF24E4">
              <w:rPr>
                <w:rFonts w:asciiTheme="minorEastAsia" w:hAnsiTheme="minorEastAsia" w:hint="eastAsia"/>
              </w:rPr>
              <w:t>部　　　署</w:t>
            </w:r>
          </w:p>
        </w:tc>
        <w:tc>
          <w:tcPr>
            <w:tcW w:w="6521" w:type="dxa"/>
          </w:tcPr>
          <w:p w14:paraId="5FE09E7A" w14:textId="77777777" w:rsidR="00460DB3" w:rsidRPr="00AF24E4" w:rsidRDefault="00460DB3" w:rsidP="004079E6">
            <w:pPr>
              <w:ind w:left="220" w:hangingChars="100" w:hanging="220"/>
              <w:rPr>
                <w:rFonts w:asciiTheme="minorEastAsia" w:hAnsiTheme="minorEastAsia"/>
              </w:rPr>
            </w:pPr>
          </w:p>
        </w:tc>
      </w:tr>
      <w:tr w:rsidR="00460DB3" w:rsidRPr="00AF24E4" w14:paraId="708EB7CF" w14:textId="77777777" w:rsidTr="004079E6">
        <w:tc>
          <w:tcPr>
            <w:tcW w:w="2126" w:type="dxa"/>
          </w:tcPr>
          <w:p w14:paraId="15BA98AD" w14:textId="77777777" w:rsidR="00460DB3" w:rsidRPr="00AF24E4" w:rsidRDefault="00460DB3" w:rsidP="004079E6">
            <w:pPr>
              <w:ind w:left="220" w:hangingChars="100" w:hanging="220"/>
              <w:jc w:val="center"/>
              <w:rPr>
                <w:rFonts w:asciiTheme="minorEastAsia" w:hAnsiTheme="minorEastAsia"/>
              </w:rPr>
            </w:pPr>
            <w:proofErr w:type="spellStart"/>
            <w:r w:rsidRPr="00AF24E4">
              <w:rPr>
                <w:rFonts w:asciiTheme="minorEastAsia" w:hAnsiTheme="minorEastAsia" w:hint="eastAsia"/>
              </w:rPr>
              <w:t>担当者氏名</w:t>
            </w:r>
            <w:proofErr w:type="spellEnd"/>
          </w:p>
        </w:tc>
        <w:tc>
          <w:tcPr>
            <w:tcW w:w="6521" w:type="dxa"/>
          </w:tcPr>
          <w:p w14:paraId="327FEC08" w14:textId="77777777" w:rsidR="00460DB3" w:rsidRPr="00AF24E4" w:rsidRDefault="00460DB3" w:rsidP="004079E6">
            <w:pPr>
              <w:ind w:left="220" w:hangingChars="100" w:hanging="220"/>
              <w:rPr>
                <w:rFonts w:asciiTheme="minorEastAsia" w:hAnsiTheme="minorEastAsia"/>
              </w:rPr>
            </w:pPr>
          </w:p>
        </w:tc>
      </w:tr>
      <w:tr w:rsidR="00460DB3" w:rsidRPr="00AF24E4" w14:paraId="15DA9182" w14:textId="77777777" w:rsidTr="004079E6">
        <w:tc>
          <w:tcPr>
            <w:tcW w:w="2126" w:type="dxa"/>
          </w:tcPr>
          <w:p w14:paraId="2E2E764A" w14:textId="77777777" w:rsidR="00460DB3" w:rsidRPr="00AF24E4" w:rsidRDefault="00460DB3" w:rsidP="004079E6">
            <w:pPr>
              <w:ind w:left="220" w:hangingChars="100" w:hanging="220"/>
              <w:jc w:val="center"/>
              <w:rPr>
                <w:rFonts w:asciiTheme="minorEastAsia" w:hAnsiTheme="minorEastAsia"/>
              </w:rPr>
            </w:pPr>
            <w:r w:rsidRPr="00AF24E4">
              <w:rPr>
                <w:rFonts w:asciiTheme="minorEastAsia" w:hAnsiTheme="minorEastAsia" w:hint="eastAsia"/>
              </w:rPr>
              <w:t>電 話 番 号</w:t>
            </w:r>
          </w:p>
        </w:tc>
        <w:tc>
          <w:tcPr>
            <w:tcW w:w="6521" w:type="dxa"/>
          </w:tcPr>
          <w:p w14:paraId="477CB28C" w14:textId="77777777" w:rsidR="00460DB3" w:rsidRPr="00AF24E4" w:rsidRDefault="00460DB3" w:rsidP="004079E6">
            <w:pPr>
              <w:ind w:left="220" w:hangingChars="100" w:hanging="220"/>
              <w:rPr>
                <w:rFonts w:asciiTheme="minorEastAsia" w:hAnsiTheme="minorEastAsia"/>
              </w:rPr>
            </w:pPr>
          </w:p>
        </w:tc>
      </w:tr>
      <w:tr w:rsidR="00460DB3" w:rsidRPr="00AF24E4" w14:paraId="03C92FFF" w14:textId="77777777" w:rsidTr="004079E6">
        <w:tc>
          <w:tcPr>
            <w:tcW w:w="2126" w:type="dxa"/>
          </w:tcPr>
          <w:p w14:paraId="7D0CEA3C" w14:textId="77777777" w:rsidR="00460DB3" w:rsidRPr="00AF24E4" w:rsidRDefault="00460DB3" w:rsidP="004079E6">
            <w:pPr>
              <w:ind w:left="220" w:hangingChars="100" w:hanging="220"/>
              <w:jc w:val="center"/>
              <w:rPr>
                <w:rFonts w:asciiTheme="minorEastAsia" w:hAnsiTheme="minorEastAsia"/>
              </w:rPr>
            </w:pPr>
            <w:proofErr w:type="spellStart"/>
            <w:r w:rsidRPr="00AF24E4">
              <w:rPr>
                <w:rFonts w:asciiTheme="minorEastAsia" w:hAnsiTheme="minorEastAsia" w:hint="eastAsia"/>
              </w:rPr>
              <w:t>ＦＡＸ番号</w:t>
            </w:r>
            <w:proofErr w:type="spellEnd"/>
          </w:p>
        </w:tc>
        <w:tc>
          <w:tcPr>
            <w:tcW w:w="6521" w:type="dxa"/>
          </w:tcPr>
          <w:p w14:paraId="738300F8" w14:textId="77777777" w:rsidR="00460DB3" w:rsidRPr="00AF24E4" w:rsidRDefault="00460DB3" w:rsidP="004079E6">
            <w:pPr>
              <w:ind w:left="220" w:hangingChars="100" w:hanging="220"/>
              <w:rPr>
                <w:rFonts w:asciiTheme="minorEastAsia" w:hAnsiTheme="minorEastAsia"/>
              </w:rPr>
            </w:pPr>
          </w:p>
        </w:tc>
      </w:tr>
      <w:tr w:rsidR="00460DB3" w:rsidRPr="00AF24E4" w14:paraId="67B8A862" w14:textId="77777777" w:rsidTr="004079E6">
        <w:tc>
          <w:tcPr>
            <w:tcW w:w="2126" w:type="dxa"/>
          </w:tcPr>
          <w:p w14:paraId="5842ED87" w14:textId="77777777" w:rsidR="00460DB3" w:rsidRPr="00AF24E4" w:rsidRDefault="00460DB3" w:rsidP="004079E6">
            <w:pPr>
              <w:ind w:left="220" w:hangingChars="100" w:hanging="220"/>
              <w:jc w:val="center"/>
              <w:rPr>
                <w:rFonts w:asciiTheme="minorEastAsia" w:hAnsiTheme="minorEastAsia"/>
              </w:rPr>
            </w:pPr>
            <w:proofErr w:type="spellStart"/>
            <w:r w:rsidRPr="00AF24E4">
              <w:rPr>
                <w:rFonts w:asciiTheme="minorEastAsia" w:hAnsiTheme="minorEastAsia" w:hint="eastAsia"/>
              </w:rPr>
              <w:t>メールアドレス</w:t>
            </w:r>
            <w:proofErr w:type="spellEnd"/>
          </w:p>
        </w:tc>
        <w:tc>
          <w:tcPr>
            <w:tcW w:w="6521" w:type="dxa"/>
          </w:tcPr>
          <w:p w14:paraId="1A9F2E1C" w14:textId="77777777" w:rsidR="00460DB3" w:rsidRPr="00AF24E4" w:rsidRDefault="00460DB3" w:rsidP="004079E6">
            <w:pPr>
              <w:ind w:left="220" w:hangingChars="100" w:hanging="220"/>
              <w:rPr>
                <w:rFonts w:asciiTheme="minorEastAsia" w:hAnsiTheme="minorEastAsia"/>
              </w:rPr>
            </w:pPr>
          </w:p>
        </w:tc>
      </w:tr>
    </w:tbl>
    <w:p w14:paraId="62EE9D1B" w14:textId="77777777" w:rsidR="00460DB3" w:rsidRDefault="00460DB3" w:rsidP="00460DB3">
      <w:pPr>
        <w:rPr>
          <w:rFonts w:asciiTheme="minorEastAsia" w:hAnsiTheme="minorEastAsia"/>
          <w:lang w:eastAsia="ja-JP"/>
        </w:rPr>
      </w:pPr>
    </w:p>
    <w:p w14:paraId="541951B4" w14:textId="4FA28CD7" w:rsidR="00460DB3" w:rsidRPr="00460DB3" w:rsidRDefault="00460DB3" w:rsidP="002F7B76">
      <w:pPr>
        <w:rPr>
          <w:rFonts w:asciiTheme="minorEastAsia" w:hAnsiTheme="minorEastAsia"/>
          <w:lang w:eastAsia="ja-JP"/>
        </w:rPr>
      </w:pPr>
    </w:p>
    <w:sectPr w:rsidR="00460DB3" w:rsidRPr="00460DB3" w:rsidSect="00460DB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A7BE6" w14:textId="77777777" w:rsidR="00824754" w:rsidRDefault="00824754" w:rsidP="00AF7DD2">
      <w:pPr>
        <w:spacing w:after="0" w:line="240" w:lineRule="auto"/>
      </w:pPr>
      <w:r>
        <w:separator/>
      </w:r>
    </w:p>
  </w:endnote>
  <w:endnote w:type="continuationSeparator" w:id="0">
    <w:p w14:paraId="79238042" w14:textId="77777777" w:rsidR="00824754" w:rsidRDefault="00824754" w:rsidP="00AF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E403" w14:textId="77777777" w:rsidR="00824754" w:rsidRDefault="00824754" w:rsidP="00AF7DD2">
      <w:pPr>
        <w:spacing w:after="0" w:line="240" w:lineRule="auto"/>
      </w:pPr>
      <w:r>
        <w:separator/>
      </w:r>
    </w:p>
  </w:footnote>
  <w:footnote w:type="continuationSeparator" w:id="0">
    <w:p w14:paraId="22C351EF" w14:textId="77777777" w:rsidR="00824754" w:rsidRDefault="00824754" w:rsidP="00AF7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944862">
    <w:abstractNumId w:val="8"/>
  </w:num>
  <w:num w:numId="2" w16cid:durableId="1458915804">
    <w:abstractNumId w:val="6"/>
  </w:num>
  <w:num w:numId="3" w16cid:durableId="831071209">
    <w:abstractNumId w:val="5"/>
  </w:num>
  <w:num w:numId="4" w16cid:durableId="612594844">
    <w:abstractNumId w:val="4"/>
  </w:num>
  <w:num w:numId="5" w16cid:durableId="623271011">
    <w:abstractNumId w:val="7"/>
  </w:num>
  <w:num w:numId="6" w16cid:durableId="542598901">
    <w:abstractNumId w:val="3"/>
  </w:num>
  <w:num w:numId="7" w16cid:durableId="442920100">
    <w:abstractNumId w:val="2"/>
  </w:num>
  <w:num w:numId="8" w16cid:durableId="1217352947">
    <w:abstractNumId w:val="1"/>
  </w:num>
  <w:num w:numId="9" w16cid:durableId="67469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17DA"/>
    <w:rsid w:val="000B64F6"/>
    <w:rsid w:val="00111AC7"/>
    <w:rsid w:val="0015074B"/>
    <w:rsid w:val="00183EA0"/>
    <w:rsid w:val="0029639D"/>
    <w:rsid w:val="002F7B76"/>
    <w:rsid w:val="00326F90"/>
    <w:rsid w:val="00460DB3"/>
    <w:rsid w:val="00466F53"/>
    <w:rsid w:val="004C46F0"/>
    <w:rsid w:val="00551414"/>
    <w:rsid w:val="00601684"/>
    <w:rsid w:val="00603E6C"/>
    <w:rsid w:val="006476E2"/>
    <w:rsid w:val="00665A31"/>
    <w:rsid w:val="00683861"/>
    <w:rsid w:val="006C1A37"/>
    <w:rsid w:val="006C45C4"/>
    <w:rsid w:val="00753AC6"/>
    <w:rsid w:val="007A1B06"/>
    <w:rsid w:val="007D70CD"/>
    <w:rsid w:val="00824754"/>
    <w:rsid w:val="0088424C"/>
    <w:rsid w:val="00885EA0"/>
    <w:rsid w:val="00917056"/>
    <w:rsid w:val="00987C7F"/>
    <w:rsid w:val="009C63C4"/>
    <w:rsid w:val="009E3013"/>
    <w:rsid w:val="00AA1D8D"/>
    <w:rsid w:val="00AF5E0A"/>
    <w:rsid w:val="00AF7DD2"/>
    <w:rsid w:val="00B47730"/>
    <w:rsid w:val="00B57DB3"/>
    <w:rsid w:val="00CA34A3"/>
    <w:rsid w:val="00CB0664"/>
    <w:rsid w:val="00CD599C"/>
    <w:rsid w:val="00D311AE"/>
    <w:rsid w:val="00D4277C"/>
    <w:rsid w:val="00D55453"/>
    <w:rsid w:val="00DB2277"/>
    <w:rsid w:val="00DE34FB"/>
    <w:rsid w:val="00E562CD"/>
    <w:rsid w:val="00F51924"/>
    <w:rsid w:val="00F86ADB"/>
    <w:rsid w:val="00FA2064"/>
    <w:rsid w:val="00FC1B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FE6F7"/>
  <w14:defaultImageDpi w14:val="300"/>
  <w15:docId w15:val="{F0E5C593-7E83-436C-81CB-555D2F78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山梨県</cp:lastModifiedBy>
  <cp:revision>4</cp:revision>
  <cp:lastPrinted>2026-08-06T00:22:00Z</cp:lastPrinted>
  <dcterms:created xsi:type="dcterms:W3CDTF">2026-08-13T04:00:00Z</dcterms:created>
  <dcterms:modified xsi:type="dcterms:W3CDTF">2026-08-18T05:53:00Z</dcterms:modified>
  <cp:category/>
</cp:coreProperties>
</file>